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تسعيينات الإقتصاد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بوزيدي/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9961621298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ميزان المدفوعات/ الاداري الاقتصاد/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