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الهندسة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محب خلة توفيق/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9789773791148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التمويل/ الهندسة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