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سلاسل التوريد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9739957064643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ادارة المبيعات/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