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الصحية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ثامر ياسر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الخدمات/ التسويق/ الصحة/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