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الإعلان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الانترنيت/ الاعلان/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