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الإتصال في عالم الإقتصاد وإدارة الأعمال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حسين حريم/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9789957324476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علم الاقتصاد/ إدارة الاعمال/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