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الإلكترونية والإدارة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القدوة/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الحوكمة/ الحوكمة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