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الاقتصاد النقدي والمصرفي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محب خلة توفيق/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الفكرناشرون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390ص.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9789773791148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البنوك/ السياسة النقدية/ النقود/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