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تنظيم الإدارة المالية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د. محمود حسين الوادي/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صفاء للطباعة والنشر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327ص.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9789957245368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