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مدخل لمنهجية البحث الاجتماعي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عياد/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9789961010167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البحث العلمي/ المنهجية/ مناهج البحث/ علم الإجتماع/ العلم/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