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الملكية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الملكية الأدبية/ الملكية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