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 والقياس النفسي والتربوي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مقدم عبد الحفيظ/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9789961006344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القياس/ إختبارات الشخصية/ الثبات/ الدلالة الإحصائية/ الإختبارات النفسية/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