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النقد الأدبي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عروة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