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مراقبة التسيير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معراج هواري(مشرفا)/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9789961014509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مراقبة التسيير/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