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المرشد في البحث العلمي لطلبة التربية البدنية والرياضية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بوداود عبد اليمين/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9789961011973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مناهج البحث العلمي/ خطة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