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نمادج وتقنيات التنبؤ القصير المدى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مولود حشمان/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9961002989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النماذج التنبؤية/ نماذج الإستقطاب/ السلسلة الزمنية/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