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مدخل لنظرية القياس الإقتصادي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د. تومي صالح/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ديوان المطبوعات الجامعية/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295ص.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22*15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9789961003503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القياس/ الاداري الاقتصاد/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