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والترجمة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بن زروق/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9789961004043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الترجمة/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