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اعادةالهيكلة الادارية للمؤسسات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9774221575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الؤسسات العربية/ الازمة المالية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