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Topologie élémentaire pour la licence de 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Léonard Todjihounde/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topologie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9782364930483</w:t>
            </w:r>
          </w:p>
        </w:tc>
      </w:tr>
    </w:tbl>
    <w:p>
      <w:pPr>
        <w:pStyle w:val="Heading3"/>
      </w:pPr>
      <w:r>
        <w:t>ملخص</w:t>
      </w:r>
    </w:p>
    <w:p>
      <w:r>
        <w:t>Présentation des notions de base de la topologie pour les étudiants de licence, avec des exercices et des problèmes à la fin de chaque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