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des espaces vectoriels normés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143p.</w:t>
            </w:r>
          </w:p>
        </w:tc>
      </w:tr>
      <w:tr>
        <w:trPr>
          <w:trHeight w:val="567"/>
        </w:trPr>
        <w:tc>
          <w:tcPr>
            <w:tcW w:type="dxa" w:w="3000"/>
          </w:tcPr>
          <w:p>
            <w:r>
              <w:t>القياس</w:t>
            </w:r>
          </w:p>
        </w:tc>
        <w:tc>
          <w:tcPr>
            <w:tcW w:type="dxa" w:w="7000"/>
          </w:tcPr>
          <w:p>
            <w:r>
              <w:t>21*15</w:t>
            </w:r>
          </w:p>
        </w:tc>
      </w:tr>
      <w:tr>
        <w:trPr>
          <w:trHeight w:val="567"/>
        </w:trPr>
        <w:tc>
          <w:tcPr>
            <w:tcW w:type="dxa" w:w="3000"/>
          </w:tcPr>
          <w:p>
            <w:r>
              <w:t>ملاحظات عامة</w:t>
            </w:r>
          </w:p>
        </w:tc>
        <w:tc>
          <w:tcPr>
            <w:tcW w:type="dxa" w:w="7000"/>
          </w:tcPr>
          <w:p>
            <w:r>
              <w:t>algèbre</w:t>
            </w:r>
          </w:p>
        </w:tc>
      </w:tr>
      <w:tr>
        <w:trPr>
          <w:trHeight w:val="567"/>
        </w:trPr>
        <w:tc>
          <w:tcPr>
            <w:tcW w:type="dxa" w:w="3000"/>
          </w:tcPr>
          <w:p>
            <w:r>
              <w:t>الرقم المعياري</w:t>
            </w:r>
          </w:p>
        </w:tc>
        <w:tc>
          <w:tcPr>
            <w:tcW w:type="dxa" w:w="7000"/>
          </w:tcPr>
          <w:p>
            <w:r>
              <w:t>9782854289152</w:t>
            </w:r>
          </w:p>
        </w:tc>
      </w:tr>
    </w:tbl>
    <w:p>
      <w:pPr>
        <w:pStyle w:val="Heading3"/>
      </w:pPr>
      <w:r>
        <w:t>ملخص</w:t>
      </w:r>
    </w:p>
    <w:p>
      <w:r>
        <w:t>Ce manuel reprend les fondamentaux de l'algèbre de deuxième et troisième année d'université et propose des exercices corrigés classés par thème, en préparation aux concours d'entrée aux grandes écoles ou au Capes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