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Nombres complexes, polynômes et fractions rationnelles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Jean-Jacques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9782854289756</w:t>
            </w:r>
          </w:p>
        </w:tc>
      </w:tr>
    </w:tbl>
    <w:p>
      <w:pPr>
        <w:pStyle w:val="Heading3"/>
      </w:pPr>
      <w:r>
        <w:t>ملخص</w:t>
      </w:r>
    </w:p>
    <w:p>
      <w:r>
        <w:t>Ce manuel pour étudiants abordent les questions de nombres complexes, polynômes et fractions rationnelles, avec un rappel de cours et des exercices corrigés et commentés.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