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Ecologie et évolution du monde vivant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Michel Godron/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L'Harmattan/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animal, plante, biogéographie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9782296558717</w:t>
            </w:r>
          </w:p>
        </w:tc>
      </w:tr>
    </w:tbl>
    <w:p>
      <w:pPr>
        <w:pStyle w:val="Heading3"/>
      </w:pPr>
      <w:r>
        <w:t>ملخص</w:t>
      </w:r>
    </w:p>
    <w:p>
      <w:r>
        <w:t>Ce volume présente l'étude statistique de la répartition écologique des plantes et des animaux à l'échelle biogéographique des continents et des étages de végétation ainsi qu'à l'échelle des communautés végétales et animales.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