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Plantes dépolluantes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A. Lazarin/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Sang de la Terre/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jardinage, plante, pollution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9782869852273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pollution/ plante/ jardinage/ </w:t>
            </w:r>
          </w:p>
        </w:tc>
      </w:tr>
    </w:tbl>
    <w:p>
      <w:pPr>
        <w:pStyle w:val="Heading3"/>
      </w:pPr>
      <w:r>
        <w:t>ملخص</w:t>
      </w:r>
    </w:p>
    <w:p>
      <w:r>
        <w:t>Un inventaire des plantes permettant de lutter contre les pollutions de l'air intérieur et les clés pour bien les utiliser.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