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التخريجات الدلالية في فقه الخطاب القرآني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عرابي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9789961013496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