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موسوعة جرائم الفساد الاقتصادي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د. صلاح الدين حسن السيسي/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الكتاب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9789773504576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