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جرائم الفساد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التهريب/ المال العام/ الجرائم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