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سعدون بوكبوس/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