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الثلاثي للمصطلحات الاقتصادية والمحاسبية وادارة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0305855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