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الاقتصادي والاستثمار في المجالات الطبية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إبراهيم طلعت/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التمويل/ الانتاج/ الخدمات الصحية/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