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 في الشركات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جلال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9773503681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الشركات/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