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الاقتصاد بين التنمية والتخلف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سيمون كوزنت/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330145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التنمية/ الرأسمالية/ التخلف/ الاقتصاد الامريكي/ الاشتراكية/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