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التكامل الاقتصادي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حسين عمر/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الفكر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9771011367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التجارة الحرة/ التكامل الاقتصادي/ السوق المشتركة/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