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التأمين والضمان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إبراهيم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التأمين/ الزكاة/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