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الشركات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كمال الدين مصطفى/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97735006610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لبنان/ النظام المحاسبي/ محاسبة الشركات/ التصميم المحاسبي العام/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