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العامة للمناطق الاقتصادية الحرة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محمودي مراد/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9773500110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البيئة/ المناطق الاقتصادية/ التكتلات الاقتصادية/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