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الجات والخصخصة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الخصخصة/ التكتلات/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