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الحديث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شوقي أحمد دنيا/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