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المدخل الى دراسة علم الاقتصاد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حسين عمر/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9775758076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التجارة/ الصرف/ ميزان المدفوعات/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