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احتراف التسويق الإلكتروني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إبراهيم عباس الحلابي/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33016055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التسويق الالكتروني/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