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معايير الجودة الشاملة في مؤسسات التدريب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سالي زكي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6585955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التدريب/ الدراسات الاجنبية/ الدراسات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