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التدريب الإبداعي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سالي زكي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التدريب/ التفكير الابداعي/ الاتصال الفعال/ التدريب الابداعي/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