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الإداري الإسلامي والمقارن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حمدي أمين عبد الهادي/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9771003997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الفكر الاداري/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