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مهارات التفاوض مع جنسيات مختلفة وثقافات متعددة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التفاوض/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