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في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حسين التهامي/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9789773505028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السلوك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