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الأمان الصناعي والاطفاء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الحميد صقر/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منشأة المعارف/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9771975323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الحديثة/ علم الاطفاء/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