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عسكرات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هاني عبد السلا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10140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حديثة/ المعسك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