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أولون لين/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97757582010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العمل/ الاستراتيجيات/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