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التدريب وتنمية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رأفت عبد الفتاح/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9771014382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علم النفس/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