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اصول علم الإدارة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أمين ساعاتي/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الاتصال/ الادارة المعاصرة/ مناهج البحث العلمي/ المملكة العربية السعودية/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